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43914" w14:textId="77777777" w:rsidR="00EE3FA6" w:rsidRDefault="00000000">
      <w:pPr>
        <w:spacing w:after="400"/>
      </w:pPr>
      <w:proofErr w:type="spellStart"/>
      <w:r>
        <w:rPr>
          <w:b/>
          <w:sz w:val="34"/>
        </w:rPr>
        <w:t>Eidesstattliche</w:t>
      </w:r>
      <w:proofErr w:type="spellEnd"/>
      <w:r>
        <w:rPr>
          <w:b/>
          <w:sz w:val="34"/>
        </w:rPr>
        <w:t xml:space="preserve"> </w:t>
      </w:r>
      <w:proofErr w:type="spellStart"/>
      <w:r>
        <w:rPr>
          <w:b/>
          <w:sz w:val="34"/>
        </w:rPr>
        <w:t>Erklärung</w:t>
      </w:r>
      <w:proofErr w:type="spellEnd"/>
    </w:p>
    <w:p w14:paraId="304E7BF9" w14:textId="77777777" w:rsidR="00EE3FA6" w:rsidRDefault="00000000" w:rsidP="00255367">
      <w:pPr>
        <w:spacing w:after="300"/>
        <w:jc w:val="both"/>
      </w:pPr>
      <w:r>
        <w:t>Hiermit erkläre ich, dass ich die vorliegende Arbeit selbstständig verfasst und dass ich sie zuvor an keiner anderen Hochschule und in keinem anderen Studiengang als Prüfungsleistung eingereicht habe.</w:t>
      </w:r>
    </w:p>
    <w:p w14:paraId="4DF6D2C7" w14:textId="77777777" w:rsidR="00EE3FA6" w:rsidRDefault="00000000" w:rsidP="00255367">
      <w:pPr>
        <w:spacing w:after="440"/>
        <w:jc w:val="both"/>
      </w:pPr>
      <w:r>
        <w:t>Ich versichere, dass ich alle verwendeten Quellen und Hilfsmittel, die ich zur Bearbeitung der Arbeit herangezogen habe, vollständig und korrekt angegeben habe. Alle Stellen der Arbeit, die wörtlich oder sinngemäß aus Veröffentlichungen oder aus anderweitigen fremden Äußerungen entnommen wurden, sind als solche kenntlich gemacht.</w:t>
      </w:r>
    </w:p>
    <w:p w14:paraId="1100F589" w14:textId="77777777" w:rsidR="00EE3FA6" w:rsidRDefault="00000000">
      <w:pPr>
        <w:spacing w:after="260"/>
      </w:pPr>
      <w:r>
        <w:rPr>
          <w:b/>
        </w:rPr>
        <w:t>Nutzung KI-gestützter Werkzeuge</w:t>
      </w:r>
    </w:p>
    <w:p w14:paraId="6CD8490E" w14:textId="77777777" w:rsidR="00EE3FA6" w:rsidRDefault="00000000" w:rsidP="00255367">
      <w:pPr>
        <w:spacing w:after="260"/>
        <w:jc w:val="both"/>
      </w:pPr>
      <w:r>
        <w:t>Ich erkläre, dass ich bei der Erstellung dieser Arbeit keine oder nur die folgenden KI-gestützten Werkzeuge verwendet habe:</w:t>
      </w:r>
    </w:p>
    <w:p w14:paraId="40779872" w14:textId="77777777" w:rsidR="00EE3FA6" w:rsidRDefault="00000000">
      <w:pPr>
        <w:spacing w:after="160"/>
      </w:pPr>
      <w:r>
        <w:t>☐   Ich habe keine KI-gestützten Werkzeuge verwendet.</w:t>
      </w:r>
    </w:p>
    <w:p w14:paraId="472018B8" w14:textId="67751D09" w:rsidR="00EE3FA6" w:rsidRDefault="00000000">
      <w:pPr>
        <w:spacing w:after="160"/>
      </w:pPr>
      <w:r>
        <w:t xml:space="preserve">☐   Ich </w:t>
      </w:r>
      <w:proofErr w:type="spellStart"/>
      <w:r>
        <w:t>habe</w:t>
      </w:r>
      <w:proofErr w:type="spellEnd"/>
      <w:r>
        <w:t xml:space="preserve"> die </w:t>
      </w:r>
      <w:proofErr w:type="spellStart"/>
      <w:r>
        <w:t>folgenden</w:t>
      </w:r>
      <w:proofErr w:type="spellEnd"/>
      <w:r>
        <w:t xml:space="preserve"> KI-</w:t>
      </w:r>
      <w:proofErr w:type="spellStart"/>
      <w:r>
        <w:t>gestützten</w:t>
      </w:r>
      <w:proofErr w:type="spellEnd"/>
      <w:r>
        <w:t xml:space="preserve"> </w:t>
      </w:r>
      <w:proofErr w:type="spellStart"/>
      <w:r>
        <w:t>Werkzeuge</w:t>
      </w:r>
      <w:proofErr w:type="spellEnd"/>
      <w:r>
        <w:t xml:space="preserve"> </w:t>
      </w:r>
      <w:proofErr w:type="spellStart"/>
      <w:r>
        <w:t>verwendet</w:t>
      </w:r>
      <w:proofErr w:type="spellEnd"/>
      <w:r w:rsidR="00255367">
        <w:rPr>
          <w:rStyle w:val="Funotenzeichen"/>
        </w:rPr>
        <w:footnoteReference w:id="1"/>
      </w:r>
      <w:r>
        <w:t>: ____________________</w:t>
      </w:r>
    </w:p>
    <w:p w14:paraId="35611360" w14:textId="7A5D0E48" w:rsidR="00EE3FA6" w:rsidRDefault="00000000">
      <w:pPr>
        <w:spacing w:before="300" w:after="260"/>
      </w:pPr>
      <w:r>
        <w:t xml:space="preserve">Die verwendeten KI-gestützten Werkzeuge wurden </w:t>
      </w:r>
      <w:proofErr w:type="spellStart"/>
      <w:r>
        <w:t>ausschließlich</w:t>
      </w:r>
      <w:proofErr w:type="spellEnd"/>
      <w:r>
        <w:t xml:space="preserve"> für die </w:t>
      </w:r>
      <w:proofErr w:type="spellStart"/>
      <w:r>
        <w:t>folgenden</w:t>
      </w:r>
      <w:proofErr w:type="spellEnd"/>
      <w:r>
        <w:t xml:space="preserve"> </w:t>
      </w:r>
      <w:proofErr w:type="spellStart"/>
      <w:r>
        <w:t>Zwecke</w:t>
      </w:r>
      <w:proofErr w:type="spellEnd"/>
      <w:r>
        <w:t xml:space="preserve"> eingesetzt</w:t>
      </w:r>
      <w:r w:rsidR="00255367" w:rsidRPr="00255367">
        <w:rPr>
          <w:vertAlign w:val="superscript"/>
        </w:rPr>
        <w:t>1</w:t>
      </w:r>
      <w:r>
        <w:t>:</w:t>
      </w:r>
    </w:p>
    <w:p w14:paraId="68311D1E" w14:textId="77777777" w:rsidR="00EE3FA6" w:rsidRDefault="00000000">
      <w:pPr>
        <w:spacing w:after="260"/>
      </w:pPr>
      <w:r>
        <w:t>________________________________________________________________________</w:t>
      </w:r>
    </w:p>
    <w:p w14:paraId="3C1C4C2E" w14:textId="5E49808B" w:rsidR="00EE3FA6" w:rsidRDefault="00000000" w:rsidP="00255367">
      <w:pPr>
        <w:spacing w:after="400"/>
      </w:pPr>
      <w:r>
        <w:t>________________________________________________________________________</w:t>
      </w:r>
    </w:p>
    <w:p w14:paraId="24A35455" w14:textId="795329A6" w:rsidR="00EE3FA6" w:rsidRDefault="00000000" w:rsidP="00255367">
      <w:pPr>
        <w:spacing w:after="160"/>
        <w:jc w:val="both"/>
      </w:pPr>
      <w:r>
        <w:t xml:space="preserve">Alle durch KI generierten Inhalte wurden auf Richtigkeit und Urheberschaft überprüft und entsprechend kenntlich gemacht. Ich habe die Anweisungen der BTU Cottbus-Senftenberg zum Umgang mit generativen KI-Tools </w:t>
      </w:r>
      <w:proofErr w:type="spellStart"/>
      <w:r>
        <w:t>im</w:t>
      </w:r>
      <w:proofErr w:type="spellEnd"/>
      <w:r>
        <w:t xml:space="preserve"> </w:t>
      </w:r>
      <w:proofErr w:type="spellStart"/>
      <w:r>
        <w:t>wissenschaftlichen</w:t>
      </w:r>
      <w:proofErr w:type="spellEnd"/>
      <w:r>
        <w:t xml:space="preserve"> </w:t>
      </w:r>
      <w:proofErr w:type="spellStart"/>
      <w:r>
        <w:t>Arbeiten</w:t>
      </w:r>
      <w:proofErr w:type="spellEnd"/>
      <w:r>
        <w:t xml:space="preserve"> </w:t>
      </w:r>
      <w:proofErr w:type="spellStart"/>
      <w:r>
        <w:t>gelesen</w:t>
      </w:r>
      <w:proofErr w:type="spellEnd"/>
      <w:r>
        <w:t xml:space="preserve"> und </w:t>
      </w:r>
      <w:proofErr w:type="spellStart"/>
      <w:r>
        <w:t>verstanden</w:t>
      </w:r>
      <w:proofErr w:type="spellEnd"/>
      <w:r>
        <w:t>.</w:t>
      </w:r>
      <w:r w:rsidR="00255367">
        <w:rPr>
          <w:rStyle w:val="Funotenzeichen"/>
        </w:rPr>
        <w:footnoteReference w:id="2"/>
      </w:r>
    </w:p>
    <w:p w14:paraId="434F69A8" w14:textId="77777777" w:rsidR="00EE3FA6" w:rsidRDefault="00000000" w:rsidP="00255367">
      <w:pPr>
        <w:spacing w:after="340"/>
        <w:jc w:val="both"/>
      </w:pPr>
      <w:r>
        <w:t>Ich bin darüber informiert worden, dass sich das Fachgebiet Drahtlose Systeme die Möglichkeit vorbehält, die Arbeit auf Plagiate und den Einsatz von KI-basierten Werkzeugen zu überprüfen. Sollte diese Prüfung zu einem entsprechenden Ergebnis kommen, erhalte ich die Möglichkeit, mich im Rahmen eines ausführlichen Gesprächs und einer Selbstauskunft zu rechtfertigen.</w:t>
      </w:r>
    </w:p>
    <w:p w14:paraId="58952786" w14:textId="77777777" w:rsidR="00EE3FA6" w:rsidRDefault="00000000">
      <w:pPr>
        <w:spacing w:before="260"/>
      </w:pPr>
      <w:r>
        <w:t>Ort, Datum:   ________________________________________</w:t>
      </w:r>
    </w:p>
    <w:p w14:paraId="6D1A232F" w14:textId="77777777" w:rsidR="00EE3FA6" w:rsidRDefault="00000000">
      <w:pPr>
        <w:spacing w:before="260"/>
      </w:pPr>
      <w:r>
        <w:t>Unterschrift:   ________________________________________</w:t>
      </w:r>
    </w:p>
    <w:sectPr w:rsidR="00EE3FA6" w:rsidSect="00034616">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E2963" w14:textId="77777777" w:rsidR="00A9095A" w:rsidRDefault="00A9095A" w:rsidP="00255367">
      <w:pPr>
        <w:spacing w:line="240" w:lineRule="auto"/>
      </w:pPr>
      <w:r>
        <w:separator/>
      </w:r>
    </w:p>
  </w:endnote>
  <w:endnote w:type="continuationSeparator" w:id="0">
    <w:p w14:paraId="6A1A3F92" w14:textId="77777777" w:rsidR="00A9095A" w:rsidRDefault="00A9095A" w:rsidP="002553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FA548" w14:textId="77777777" w:rsidR="00A9095A" w:rsidRDefault="00A9095A" w:rsidP="00255367">
      <w:pPr>
        <w:spacing w:line="240" w:lineRule="auto"/>
      </w:pPr>
      <w:r>
        <w:separator/>
      </w:r>
    </w:p>
  </w:footnote>
  <w:footnote w:type="continuationSeparator" w:id="0">
    <w:p w14:paraId="39D961B5" w14:textId="77777777" w:rsidR="00A9095A" w:rsidRDefault="00A9095A" w:rsidP="00255367">
      <w:pPr>
        <w:spacing w:line="240" w:lineRule="auto"/>
      </w:pPr>
      <w:r>
        <w:continuationSeparator/>
      </w:r>
    </w:p>
  </w:footnote>
  <w:footnote w:id="1">
    <w:p w14:paraId="12E7C720" w14:textId="7F8FD5F3" w:rsidR="00255367" w:rsidRPr="00255367" w:rsidRDefault="00255367">
      <w:pPr>
        <w:pStyle w:val="Funotentext"/>
        <w:rPr>
          <w:lang w:val="de-DE"/>
        </w:rPr>
      </w:pPr>
      <w:r>
        <w:rPr>
          <w:rStyle w:val="Funotenzeichen"/>
        </w:rPr>
        <w:footnoteRef/>
      </w:r>
      <w:r>
        <w:t xml:space="preserve"> </w:t>
      </w:r>
      <w:proofErr w:type="spellStart"/>
      <w:r>
        <w:rPr>
          <w:i/>
          <w:sz w:val="18"/>
        </w:rPr>
        <w:t>Sollte</w:t>
      </w:r>
      <w:proofErr w:type="spellEnd"/>
      <w:r>
        <w:rPr>
          <w:i/>
          <w:sz w:val="18"/>
        </w:rPr>
        <w:t xml:space="preserve"> der </w:t>
      </w:r>
      <w:proofErr w:type="spellStart"/>
      <w:r>
        <w:rPr>
          <w:i/>
          <w:sz w:val="18"/>
        </w:rPr>
        <w:t>vorgesehene</w:t>
      </w:r>
      <w:proofErr w:type="spellEnd"/>
      <w:r>
        <w:rPr>
          <w:i/>
          <w:sz w:val="18"/>
        </w:rPr>
        <w:t xml:space="preserve"> Platz </w:t>
      </w:r>
      <w:proofErr w:type="spellStart"/>
      <w:r>
        <w:rPr>
          <w:i/>
          <w:sz w:val="18"/>
        </w:rPr>
        <w:t>nicht</w:t>
      </w:r>
      <w:proofErr w:type="spellEnd"/>
      <w:r>
        <w:rPr>
          <w:i/>
          <w:sz w:val="18"/>
        </w:rPr>
        <w:t xml:space="preserve"> </w:t>
      </w:r>
      <w:proofErr w:type="spellStart"/>
      <w:r>
        <w:rPr>
          <w:i/>
          <w:sz w:val="18"/>
        </w:rPr>
        <w:t>ausreichen</w:t>
      </w:r>
      <w:proofErr w:type="spellEnd"/>
      <w:r>
        <w:rPr>
          <w:i/>
          <w:sz w:val="18"/>
        </w:rPr>
        <w:t xml:space="preserve">, </w:t>
      </w:r>
      <w:proofErr w:type="spellStart"/>
      <w:r>
        <w:rPr>
          <w:i/>
          <w:sz w:val="18"/>
        </w:rPr>
        <w:t>ist</w:t>
      </w:r>
      <w:proofErr w:type="spellEnd"/>
      <w:r>
        <w:rPr>
          <w:i/>
          <w:sz w:val="18"/>
        </w:rPr>
        <w:t xml:space="preserve"> </w:t>
      </w:r>
      <w:proofErr w:type="spellStart"/>
      <w:r>
        <w:rPr>
          <w:i/>
          <w:sz w:val="18"/>
        </w:rPr>
        <w:t>eine</w:t>
      </w:r>
      <w:proofErr w:type="spellEnd"/>
      <w:r>
        <w:rPr>
          <w:i/>
          <w:sz w:val="18"/>
        </w:rPr>
        <w:t xml:space="preserve"> </w:t>
      </w:r>
      <w:proofErr w:type="spellStart"/>
      <w:r>
        <w:rPr>
          <w:i/>
          <w:sz w:val="18"/>
        </w:rPr>
        <w:t>zusätzliche</w:t>
      </w:r>
      <w:proofErr w:type="spellEnd"/>
      <w:r>
        <w:rPr>
          <w:i/>
          <w:sz w:val="18"/>
        </w:rPr>
        <w:t xml:space="preserve"> </w:t>
      </w:r>
      <w:proofErr w:type="spellStart"/>
      <w:r>
        <w:rPr>
          <w:i/>
          <w:sz w:val="18"/>
        </w:rPr>
        <w:t>Seite</w:t>
      </w:r>
      <w:proofErr w:type="spellEnd"/>
      <w:r>
        <w:rPr>
          <w:i/>
          <w:sz w:val="18"/>
        </w:rPr>
        <w:t xml:space="preserve"> </w:t>
      </w:r>
      <w:proofErr w:type="spellStart"/>
      <w:r>
        <w:rPr>
          <w:i/>
          <w:sz w:val="18"/>
        </w:rPr>
        <w:t>mit</w:t>
      </w:r>
      <w:proofErr w:type="spellEnd"/>
      <w:r>
        <w:rPr>
          <w:i/>
          <w:sz w:val="18"/>
        </w:rPr>
        <w:t xml:space="preserve"> den </w:t>
      </w:r>
      <w:proofErr w:type="spellStart"/>
      <w:r>
        <w:rPr>
          <w:i/>
          <w:sz w:val="18"/>
        </w:rPr>
        <w:t>vollständigen</w:t>
      </w:r>
      <w:proofErr w:type="spellEnd"/>
      <w:r>
        <w:rPr>
          <w:i/>
          <w:sz w:val="18"/>
        </w:rPr>
        <w:t xml:space="preserve"> </w:t>
      </w:r>
      <w:proofErr w:type="spellStart"/>
      <w:r>
        <w:rPr>
          <w:i/>
          <w:sz w:val="18"/>
        </w:rPr>
        <w:t>Angaben</w:t>
      </w:r>
      <w:proofErr w:type="spellEnd"/>
      <w:r>
        <w:rPr>
          <w:i/>
          <w:sz w:val="18"/>
        </w:rPr>
        <w:t xml:space="preserve"> </w:t>
      </w:r>
      <w:proofErr w:type="spellStart"/>
      <w:r>
        <w:rPr>
          <w:i/>
          <w:sz w:val="18"/>
        </w:rPr>
        <w:t>beizufügen</w:t>
      </w:r>
      <w:proofErr w:type="spellEnd"/>
      <w:r>
        <w:rPr>
          <w:i/>
          <w:sz w:val="18"/>
        </w:rPr>
        <w:t>.</w:t>
      </w:r>
    </w:p>
  </w:footnote>
  <w:footnote w:id="2">
    <w:p w14:paraId="0671B5C7" w14:textId="74864672" w:rsidR="00255367" w:rsidRPr="00255367" w:rsidRDefault="00255367">
      <w:pPr>
        <w:pStyle w:val="Funotentext"/>
        <w:rPr>
          <w:lang w:val="de-DE"/>
        </w:rPr>
      </w:pPr>
      <w:r>
        <w:rPr>
          <w:rStyle w:val="Funotenzeichen"/>
        </w:rPr>
        <w:footnoteRef/>
      </w:r>
      <w:r>
        <w:t xml:space="preserve"> </w:t>
      </w:r>
      <w:r>
        <w:rPr>
          <w:sz w:val="17"/>
        </w:rPr>
        <w:t>Quelle: https://www.b-tu.de/forschung/profil/forschungsethik/umgang-mit-ki-tools#c369137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382754210">
    <w:abstractNumId w:val="8"/>
  </w:num>
  <w:num w:numId="2" w16cid:durableId="530918231">
    <w:abstractNumId w:val="6"/>
  </w:num>
  <w:num w:numId="3" w16cid:durableId="1447695130">
    <w:abstractNumId w:val="5"/>
  </w:num>
  <w:num w:numId="4" w16cid:durableId="1253007646">
    <w:abstractNumId w:val="4"/>
  </w:num>
  <w:num w:numId="5" w16cid:durableId="1854223231">
    <w:abstractNumId w:val="7"/>
  </w:num>
  <w:num w:numId="6" w16cid:durableId="1726029566">
    <w:abstractNumId w:val="3"/>
  </w:num>
  <w:num w:numId="7" w16cid:durableId="154029291">
    <w:abstractNumId w:val="2"/>
  </w:num>
  <w:num w:numId="8" w16cid:durableId="2044792860">
    <w:abstractNumId w:val="1"/>
  </w:num>
  <w:num w:numId="9" w16cid:durableId="181744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5367"/>
    <w:rsid w:val="00281622"/>
    <w:rsid w:val="0029639D"/>
    <w:rsid w:val="00326F90"/>
    <w:rsid w:val="003507DB"/>
    <w:rsid w:val="005827A5"/>
    <w:rsid w:val="005D7ED1"/>
    <w:rsid w:val="008146E4"/>
    <w:rsid w:val="00953DB1"/>
    <w:rsid w:val="00A9095A"/>
    <w:rsid w:val="00AA1D8D"/>
    <w:rsid w:val="00B47730"/>
    <w:rsid w:val="00CB0664"/>
    <w:rsid w:val="00EE3F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B5ED3A"/>
  <w14:defaultImageDpi w14:val="300"/>
  <w15:docId w15:val="{177A3331-F676-4E87-9176-31C6BAB7A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0" w:line="283" w:lineRule="auto"/>
    </w:pPr>
    <w:rPr>
      <w:rFonts w:ascii="Times New Roman" w:hAnsi="Times New Roman"/>
      <w:sz w:val="23"/>
    </w:rPr>
  </w:style>
  <w:style w:type="paragraph" w:styleId="berschrift1">
    <w:name w:val="heading 1"/>
    <w:basedOn w:val="Standard"/>
    <w:next w:val="Standard"/>
    <w:link w:val="berschrift1Zchn"/>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unotentext">
    <w:name w:val="footnote text"/>
    <w:basedOn w:val="Standard"/>
    <w:link w:val="FunotentextZchn"/>
    <w:uiPriority w:val="99"/>
    <w:semiHidden/>
    <w:unhideWhenUsed/>
    <w:rsid w:val="00255367"/>
    <w:pPr>
      <w:spacing w:line="240" w:lineRule="auto"/>
    </w:pPr>
    <w:rPr>
      <w:sz w:val="20"/>
      <w:szCs w:val="20"/>
    </w:rPr>
  </w:style>
  <w:style w:type="character" w:customStyle="1" w:styleId="FunotentextZchn">
    <w:name w:val="Fußnotentext Zchn"/>
    <w:basedOn w:val="Absatz-Standardschriftart"/>
    <w:link w:val="Funotentext"/>
    <w:uiPriority w:val="99"/>
    <w:semiHidden/>
    <w:rsid w:val="00255367"/>
    <w:rPr>
      <w:rFonts w:ascii="Times New Roman" w:hAnsi="Times New Roman"/>
      <w:sz w:val="20"/>
      <w:szCs w:val="20"/>
    </w:rPr>
  </w:style>
  <w:style w:type="character" w:styleId="Funotenzeichen">
    <w:name w:val="footnote reference"/>
    <w:basedOn w:val="Absatz-Standardschriftart"/>
    <w:uiPriority w:val="99"/>
    <w:semiHidden/>
    <w:unhideWhenUsed/>
    <w:rsid w:val="002553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1592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Elisabeth Vogel</cp:lastModifiedBy>
  <cp:revision>3</cp:revision>
  <dcterms:created xsi:type="dcterms:W3CDTF">2026-11-02T09:15:00Z</dcterms:created>
  <dcterms:modified xsi:type="dcterms:W3CDTF">2026-11-02T09:16:00Z</dcterms:modified>
  <cp:category/>
</cp:coreProperties>
</file>