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D90CD" w14:textId="77777777" w:rsidR="00EE3FA6" w:rsidRDefault="00000000">
      <w:pPr>
        <w:spacing w:after="400"/>
      </w:pPr>
      <w:r>
        <w:rPr>
          <w:b/>
          <w:sz w:val="34"/>
        </w:rPr>
        <w:t>Declaration of Authenticity</w:t>
      </w:r>
    </w:p>
    <w:p w14:paraId="7278BE45" w14:textId="77777777" w:rsidR="00EE3FA6" w:rsidRDefault="00000000" w:rsidP="00953DB1">
      <w:pPr>
        <w:spacing w:after="300"/>
        <w:jc w:val="both"/>
      </w:pPr>
      <w:r>
        <w:t>I hereby declare that I have written this thesis independently and that I have not previously submitted it as an examination performance at any other university or in any other study programme.</w:t>
      </w:r>
    </w:p>
    <w:p w14:paraId="1D2846F1" w14:textId="77777777" w:rsidR="00EE3FA6" w:rsidRDefault="00000000" w:rsidP="00953DB1">
      <w:pPr>
        <w:spacing w:after="440"/>
        <w:jc w:val="both"/>
      </w:pPr>
      <w:r>
        <w:t>I confirm that I have fully and correctly cited all sources and aids used in the preparation of this thesis. All passages in the thesis that are quoted or paraphrased from publications or other external sources are clearly identified as such.</w:t>
      </w:r>
    </w:p>
    <w:p w14:paraId="2D36585B" w14:textId="77777777" w:rsidR="00EE3FA6" w:rsidRDefault="00000000">
      <w:pPr>
        <w:spacing w:after="260"/>
      </w:pPr>
      <w:r>
        <w:rPr>
          <w:b/>
        </w:rPr>
        <w:t>Use of AI-Supported Tools</w:t>
      </w:r>
    </w:p>
    <w:p w14:paraId="18E85581" w14:textId="77777777" w:rsidR="00EE3FA6" w:rsidRDefault="00000000">
      <w:pPr>
        <w:spacing w:after="260"/>
      </w:pPr>
      <w:r>
        <w:t>I declare that I have not used any AI-supported tools, or only the following AI-supported tools, in the preparation of this thesis:</w:t>
      </w:r>
    </w:p>
    <w:p w14:paraId="2425036B" w14:textId="77777777" w:rsidR="00EE3FA6" w:rsidRDefault="00000000">
      <w:pPr>
        <w:spacing w:after="160"/>
      </w:pPr>
      <w:r>
        <w:t>☐   I have not used any AI-supported tools.</w:t>
      </w:r>
    </w:p>
    <w:p w14:paraId="3B00D346" w14:textId="7EDF2371" w:rsidR="00EE3FA6" w:rsidRDefault="00000000">
      <w:pPr>
        <w:spacing w:after="160"/>
      </w:pPr>
      <w:r>
        <w:t>☐   I used the following AI-supported tools</w:t>
      </w:r>
      <w:r w:rsidR="00953DB1">
        <w:rPr>
          <w:rStyle w:val="Funotenzeichen"/>
        </w:rPr>
        <w:footnoteReference w:id="1"/>
      </w:r>
      <w:r>
        <w:t>: ______________________________</w:t>
      </w:r>
    </w:p>
    <w:p w14:paraId="29B5EF23" w14:textId="119BAEA3" w:rsidR="00EE3FA6" w:rsidRDefault="00000000">
      <w:pPr>
        <w:spacing w:before="300" w:after="260"/>
      </w:pPr>
      <w:r>
        <w:t>The AI-supported tools were used exclusively for the following purposes</w:t>
      </w:r>
      <w:r w:rsidR="00953DB1" w:rsidRPr="00953DB1">
        <w:rPr>
          <w:vertAlign w:val="superscript"/>
        </w:rPr>
        <w:t>1</w:t>
      </w:r>
      <w:r>
        <w:t>:</w:t>
      </w:r>
    </w:p>
    <w:p w14:paraId="43A3C8DD" w14:textId="77777777" w:rsidR="00EE3FA6" w:rsidRDefault="00000000">
      <w:pPr>
        <w:spacing w:after="260"/>
      </w:pPr>
      <w:r>
        <w:t>________________________________________________________________________</w:t>
      </w:r>
    </w:p>
    <w:p w14:paraId="7D5D9422" w14:textId="77777777" w:rsidR="00EE3FA6" w:rsidRDefault="00000000">
      <w:pPr>
        <w:spacing w:after="400"/>
      </w:pPr>
      <w:r>
        <w:t>________________________________________________________________________</w:t>
      </w:r>
    </w:p>
    <w:p w14:paraId="0F6CB7A5" w14:textId="4C6A7C5D" w:rsidR="00EE3FA6" w:rsidRDefault="00000000" w:rsidP="00953DB1">
      <w:pPr>
        <w:spacing w:after="160"/>
        <w:jc w:val="both"/>
      </w:pPr>
      <w:r>
        <w:t>All content generated by AI has been checked for accuracy and authorship and labelled accordingly. I have read and understood the instructions of BTU Cottbus-Senftenberg regarding the use of generative AI tools in scientific work.</w:t>
      </w:r>
      <w:r w:rsidR="00953DB1">
        <w:rPr>
          <w:rStyle w:val="Funotenzeichen"/>
        </w:rPr>
        <w:footnoteReference w:id="2"/>
      </w:r>
    </w:p>
    <w:p w14:paraId="71372190" w14:textId="77777777" w:rsidR="00EE3FA6" w:rsidRDefault="00000000" w:rsidP="00953DB1">
      <w:pPr>
        <w:spacing w:after="340"/>
        <w:jc w:val="both"/>
      </w:pPr>
      <w:r>
        <w:t>I have been informed that the Chair of Wireless Systems reserves the right to check the thesis for plagiarism and the use of AI-based tools. Should this examination reach such a conclusion, I will be given the opportunity to justify myself in a detailed interview and through self-disclosure.</w:t>
      </w:r>
    </w:p>
    <w:p w14:paraId="6B0F8201" w14:textId="77777777" w:rsidR="00EE3FA6" w:rsidRDefault="00000000">
      <w:pPr>
        <w:spacing w:before="260"/>
      </w:pPr>
      <w:r>
        <w:t>Place, Date:   ________________________________________</w:t>
      </w:r>
    </w:p>
    <w:p w14:paraId="4CFB4165" w14:textId="77777777" w:rsidR="00EE3FA6" w:rsidRDefault="00000000">
      <w:pPr>
        <w:spacing w:before="260"/>
      </w:pPr>
      <w:r>
        <w:t>Signature:   ________________________________________</w:t>
      </w:r>
    </w:p>
    <w:p w14:paraId="6D1A232F" w14:textId="7364D382" w:rsidR="00EE3FA6" w:rsidRDefault="00EE3FA6" w:rsidP="005F1B1E"/>
    <w:sectPr w:rsidR="00EE3FA6" w:rsidSect="00034616">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6FEF8" w14:textId="77777777" w:rsidR="002B7DCC" w:rsidRDefault="002B7DCC" w:rsidP="00255367">
      <w:pPr>
        <w:spacing w:line="240" w:lineRule="auto"/>
      </w:pPr>
      <w:r>
        <w:separator/>
      </w:r>
    </w:p>
  </w:endnote>
  <w:endnote w:type="continuationSeparator" w:id="0">
    <w:p w14:paraId="285A032C" w14:textId="77777777" w:rsidR="002B7DCC" w:rsidRDefault="002B7DCC" w:rsidP="002553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9E21B" w14:textId="77777777" w:rsidR="002B7DCC" w:rsidRDefault="002B7DCC" w:rsidP="00255367">
      <w:pPr>
        <w:spacing w:line="240" w:lineRule="auto"/>
      </w:pPr>
      <w:r>
        <w:separator/>
      </w:r>
    </w:p>
  </w:footnote>
  <w:footnote w:type="continuationSeparator" w:id="0">
    <w:p w14:paraId="40747318" w14:textId="77777777" w:rsidR="002B7DCC" w:rsidRDefault="002B7DCC" w:rsidP="00255367">
      <w:pPr>
        <w:spacing w:line="240" w:lineRule="auto"/>
      </w:pPr>
      <w:r>
        <w:continuationSeparator/>
      </w:r>
    </w:p>
  </w:footnote>
  <w:footnote w:id="1">
    <w:p w14:paraId="515F9DEF" w14:textId="2F84B836" w:rsidR="00953DB1" w:rsidRPr="00953DB1" w:rsidRDefault="00953DB1">
      <w:pPr>
        <w:pStyle w:val="Funotentext"/>
        <w:rPr>
          <w:lang w:val="de-DE"/>
        </w:rPr>
      </w:pPr>
      <w:r>
        <w:rPr>
          <w:rStyle w:val="Funotenzeichen"/>
        </w:rPr>
        <w:footnoteRef/>
      </w:r>
      <w:r>
        <w:t xml:space="preserve"> </w:t>
      </w:r>
      <w:r>
        <w:rPr>
          <w:i/>
          <w:sz w:val="18"/>
        </w:rPr>
        <w:t>If the space provided is insufficient, please attach an additional page containing the complete information.</w:t>
      </w:r>
    </w:p>
  </w:footnote>
  <w:footnote w:id="2">
    <w:p w14:paraId="2C31CECF" w14:textId="76C671A4" w:rsidR="00953DB1" w:rsidRPr="00953DB1" w:rsidRDefault="00953DB1">
      <w:pPr>
        <w:pStyle w:val="Funotentext"/>
        <w:rPr>
          <w:lang w:val="de-DE"/>
        </w:rPr>
      </w:pPr>
      <w:r>
        <w:rPr>
          <w:rStyle w:val="Funotenzeichen"/>
        </w:rPr>
        <w:footnoteRef/>
      </w:r>
      <w:r>
        <w:t xml:space="preserve"> </w:t>
      </w:r>
      <w:r>
        <w:rPr>
          <w:sz w:val="17"/>
        </w:rPr>
        <w:t>Source: https://www.b-tu.de/forschung/profil/forschungsethik/umgang-mit-ki-tools#c369137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82754210">
    <w:abstractNumId w:val="8"/>
  </w:num>
  <w:num w:numId="2" w16cid:durableId="530918231">
    <w:abstractNumId w:val="6"/>
  </w:num>
  <w:num w:numId="3" w16cid:durableId="1447695130">
    <w:abstractNumId w:val="5"/>
  </w:num>
  <w:num w:numId="4" w16cid:durableId="1253007646">
    <w:abstractNumId w:val="4"/>
  </w:num>
  <w:num w:numId="5" w16cid:durableId="1854223231">
    <w:abstractNumId w:val="7"/>
  </w:num>
  <w:num w:numId="6" w16cid:durableId="1726029566">
    <w:abstractNumId w:val="3"/>
  </w:num>
  <w:num w:numId="7" w16cid:durableId="154029291">
    <w:abstractNumId w:val="2"/>
  </w:num>
  <w:num w:numId="8" w16cid:durableId="2044792860">
    <w:abstractNumId w:val="1"/>
  </w:num>
  <w:num w:numId="9" w16cid:durableId="181744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5367"/>
    <w:rsid w:val="00281622"/>
    <w:rsid w:val="0029639D"/>
    <w:rsid w:val="002B7DCC"/>
    <w:rsid w:val="00326F90"/>
    <w:rsid w:val="003507DB"/>
    <w:rsid w:val="005F1B1E"/>
    <w:rsid w:val="008146E4"/>
    <w:rsid w:val="00953DB1"/>
    <w:rsid w:val="00AA1D8D"/>
    <w:rsid w:val="00B47730"/>
    <w:rsid w:val="00BD3A08"/>
    <w:rsid w:val="00CB0664"/>
    <w:rsid w:val="00EE3F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B5ED3A"/>
  <w14:defaultImageDpi w14:val="300"/>
  <w15:docId w15:val="{177A3331-F676-4E87-9176-31C6BAB7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0" w:line="283" w:lineRule="auto"/>
    </w:pPr>
    <w:rPr>
      <w:rFonts w:ascii="Times New Roman" w:hAnsi="Times New Roman"/>
      <w:sz w:val="23"/>
    </w:rPr>
  </w:style>
  <w:style w:type="paragraph" w:styleId="berschrift1">
    <w:name w:val="heading 1"/>
    <w:basedOn w:val="Standard"/>
    <w:next w:val="Standard"/>
    <w:link w:val="berschrift1Zchn"/>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unotentext">
    <w:name w:val="footnote text"/>
    <w:basedOn w:val="Standard"/>
    <w:link w:val="FunotentextZchn"/>
    <w:uiPriority w:val="99"/>
    <w:semiHidden/>
    <w:unhideWhenUsed/>
    <w:rsid w:val="00255367"/>
    <w:pPr>
      <w:spacing w:line="240" w:lineRule="auto"/>
    </w:pPr>
    <w:rPr>
      <w:sz w:val="20"/>
      <w:szCs w:val="20"/>
    </w:rPr>
  </w:style>
  <w:style w:type="character" w:customStyle="1" w:styleId="FunotentextZchn">
    <w:name w:val="Fußnotentext Zchn"/>
    <w:basedOn w:val="Absatz-Standardschriftart"/>
    <w:link w:val="Funotentext"/>
    <w:uiPriority w:val="99"/>
    <w:semiHidden/>
    <w:rsid w:val="00255367"/>
    <w:rPr>
      <w:rFonts w:ascii="Times New Roman" w:hAnsi="Times New Roman"/>
      <w:sz w:val="20"/>
      <w:szCs w:val="20"/>
    </w:rPr>
  </w:style>
  <w:style w:type="character" w:styleId="Funotenzeichen">
    <w:name w:val="footnote reference"/>
    <w:basedOn w:val="Absatz-Standardschriftart"/>
    <w:uiPriority w:val="99"/>
    <w:semiHidden/>
    <w:unhideWhenUsed/>
    <w:rsid w:val="002553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Elisabeth Vogel</cp:lastModifiedBy>
  <cp:revision>3</cp:revision>
  <dcterms:created xsi:type="dcterms:W3CDTF">2026-11-02T09:15:00Z</dcterms:created>
  <dcterms:modified xsi:type="dcterms:W3CDTF">2026-11-02T09:16:00Z</dcterms:modified>
  <cp:category/>
</cp:coreProperties>
</file>